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54BE" w:rsidRPr="00ED1EAB" w:rsidRDefault="00ED1EAB">
      <w:pPr>
        <w:spacing w:after="20"/>
        <w:rPr>
          <w:sz w:val="28"/>
          <w:lang w:eastAsia="zh-TW"/>
        </w:rPr>
      </w:pPr>
      <w:r w:rsidRPr="00ED1EAB">
        <w:rPr>
          <w:b/>
          <w:sz w:val="28"/>
          <w:lang w:eastAsia="zh-TW"/>
        </w:rPr>
        <w:t>附</w:t>
      </w:r>
      <w:r w:rsidRPr="00ED1EAB">
        <w:rPr>
          <w:rFonts w:hint="eastAsia"/>
          <w:b/>
          <w:sz w:val="28"/>
          <w:lang w:eastAsia="zh-TW"/>
        </w:rPr>
        <w:t>表</w:t>
      </w:r>
      <w:r w:rsidR="00D36308" w:rsidRPr="00ED1EAB">
        <w:rPr>
          <w:b/>
          <w:sz w:val="28"/>
          <w:lang w:eastAsia="zh-TW"/>
        </w:rPr>
        <w:t xml:space="preserve"> 1</w:t>
      </w:r>
    </w:p>
    <w:p w:rsidR="008D54BE" w:rsidRPr="00D36308" w:rsidRDefault="00D36308">
      <w:pPr>
        <w:spacing w:after="60"/>
        <w:jc w:val="center"/>
        <w:rPr>
          <w:sz w:val="22"/>
          <w:lang w:eastAsia="zh-TW"/>
        </w:rPr>
      </w:pPr>
      <w:r w:rsidRPr="00D36308">
        <w:rPr>
          <w:b/>
          <w:sz w:val="32"/>
          <w:lang w:eastAsia="zh-TW"/>
        </w:rPr>
        <w:t>高雄市立前金國民中學</w:t>
      </w:r>
      <w:r w:rsidR="00B91FD2">
        <w:rPr>
          <w:rFonts w:hint="eastAsia"/>
          <w:b/>
          <w:sz w:val="32"/>
          <w:lang w:eastAsia="zh-TW"/>
        </w:rPr>
        <w:t>80</w:t>
      </w:r>
      <w:r w:rsidRPr="00D36308">
        <w:rPr>
          <w:b/>
          <w:sz w:val="32"/>
          <w:lang w:eastAsia="zh-TW"/>
        </w:rPr>
        <w:t>週年傑出校友推薦表</w:t>
      </w:r>
    </w:p>
    <w:tbl>
      <w:tblPr>
        <w:tblStyle w:val="TableNormal"/>
        <w:tblW w:w="10587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923"/>
        <w:gridCol w:w="882"/>
        <w:gridCol w:w="551"/>
        <w:gridCol w:w="850"/>
        <w:gridCol w:w="969"/>
        <w:gridCol w:w="424"/>
        <w:gridCol w:w="827"/>
        <w:gridCol w:w="171"/>
        <w:gridCol w:w="815"/>
        <w:gridCol w:w="479"/>
        <w:gridCol w:w="715"/>
        <w:gridCol w:w="110"/>
        <w:gridCol w:w="944"/>
        <w:gridCol w:w="700"/>
        <w:gridCol w:w="589"/>
      </w:tblGrid>
      <w:tr w:rsidR="00ED1EAB" w:rsidTr="00ED1EAB">
        <w:trPr>
          <w:trHeight w:val="705"/>
        </w:trPr>
        <w:tc>
          <w:tcPr>
            <w:tcW w:w="1563" w:type="dxa"/>
            <w:gridSpan w:val="2"/>
          </w:tcPr>
          <w:p w:rsidR="00ED1EAB" w:rsidRPr="00ED1EAB" w:rsidRDefault="00ED1EAB" w:rsidP="00151BF9">
            <w:pPr>
              <w:pStyle w:val="TableParagraph"/>
              <w:spacing w:before="156"/>
              <w:ind w:left="218"/>
              <w:rPr>
                <w:rFonts w:ascii="標楷體" w:eastAsia="標楷體" w:hAnsi="標楷體"/>
                <w:sz w:val="28"/>
              </w:rPr>
            </w:pPr>
            <w:r w:rsidRPr="00ED1EAB">
              <w:rPr>
                <w:rFonts w:ascii="標楷體" w:eastAsia="標楷體" w:hAnsi="標楷體"/>
                <w:spacing w:val="-3"/>
                <w:sz w:val="28"/>
              </w:rPr>
              <w:t>推薦類別</w:t>
            </w:r>
          </w:p>
        </w:tc>
        <w:tc>
          <w:tcPr>
            <w:tcW w:w="9024" w:type="dxa"/>
            <w:gridSpan w:val="14"/>
          </w:tcPr>
          <w:p w:rsidR="00ED1EAB" w:rsidRPr="00ED1EAB" w:rsidRDefault="00ED1EAB" w:rsidP="00ED1EAB">
            <w:pPr>
              <w:pStyle w:val="TableParagraph"/>
              <w:tabs>
                <w:tab w:val="left" w:pos="6541"/>
              </w:tabs>
              <w:spacing w:before="197"/>
              <w:ind w:left="316"/>
              <w:jc w:val="center"/>
              <w:rPr>
                <w:rFonts w:ascii="標楷體" w:eastAsia="標楷體" w:hAnsi="標楷體"/>
              </w:rPr>
            </w:pPr>
            <w:r w:rsidRPr="00ED1EAB">
              <w:rPr>
                <w:rFonts w:ascii="標楷體" w:eastAsia="標楷體" w:hAnsi="標楷體"/>
                <w:w w:val="105"/>
              </w:rPr>
              <w:t>□</w:t>
            </w:r>
            <w:r>
              <w:rPr>
                <w:rFonts w:ascii="標楷體" w:eastAsia="標楷體" w:hAnsi="標楷體" w:hint="eastAsia"/>
                <w:w w:val="105"/>
              </w:rPr>
              <w:t>專業成就</w:t>
            </w:r>
            <w:r w:rsidRPr="00ED1EAB">
              <w:rPr>
                <w:rFonts w:ascii="標楷體" w:eastAsia="標楷體" w:hAnsi="標楷體"/>
                <w:w w:val="105"/>
              </w:rPr>
              <w:t>類</w:t>
            </w:r>
            <w:r w:rsidRPr="00ED1EAB">
              <w:rPr>
                <w:rFonts w:ascii="標楷體" w:eastAsia="標楷體" w:hAnsi="標楷體"/>
                <w:spacing w:val="35"/>
                <w:w w:val="105"/>
              </w:rPr>
              <w:t xml:space="preserve"> </w:t>
            </w:r>
            <w:r w:rsidRPr="00ED1EAB">
              <w:rPr>
                <w:rFonts w:ascii="標楷體" w:eastAsia="標楷體" w:hAnsi="標楷體"/>
                <w:spacing w:val="9"/>
                <w:w w:val="130"/>
              </w:rPr>
              <w:t xml:space="preserve"> </w:t>
            </w:r>
            <w:r w:rsidRPr="00ED1EAB">
              <w:rPr>
                <w:rFonts w:ascii="標楷體" w:eastAsia="標楷體" w:hAnsi="標楷體"/>
                <w:w w:val="130"/>
              </w:rPr>
              <w:t>□</w:t>
            </w:r>
            <w:r w:rsidRPr="00ED1EAB">
              <w:rPr>
                <w:rFonts w:ascii="標楷體" w:eastAsia="標楷體" w:hAnsi="標楷體"/>
                <w:w w:val="105"/>
              </w:rPr>
              <w:t>藝文體育類</w:t>
            </w:r>
            <w:r w:rsidRPr="00ED1EAB">
              <w:rPr>
                <w:rFonts w:ascii="標楷體" w:eastAsia="標楷體" w:hAnsi="標楷體"/>
                <w:spacing w:val="7"/>
                <w:w w:val="130"/>
              </w:rPr>
              <w:t xml:space="preserve"> </w:t>
            </w:r>
            <w:r w:rsidRPr="00ED1EAB">
              <w:rPr>
                <w:rFonts w:ascii="標楷體" w:eastAsia="標楷體" w:hAnsi="標楷體"/>
                <w:w w:val="105"/>
              </w:rPr>
              <w:t>□</w:t>
            </w:r>
            <w:r w:rsidR="00B91FD2">
              <w:rPr>
                <w:rFonts w:ascii="標楷體" w:eastAsia="標楷體" w:hAnsi="標楷體" w:hint="eastAsia"/>
                <w:w w:val="105"/>
              </w:rPr>
              <w:t>校務</w:t>
            </w:r>
            <w:r w:rsidRPr="00ED1EAB">
              <w:rPr>
                <w:rFonts w:ascii="標楷體" w:eastAsia="標楷體" w:hAnsi="標楷體"/>
                <w:w w:val="105"/>
              </w:rPr>
              <w:t>貢獻類</w:t>
            </w:r>
          </w:p>
        </w:tc>
      </w:tr>
      <w:tr w:rsidR="00ED1EAB" w:rsidTr="00ED1EAB">
        <w:trPr>
          <w:trHeight w:val="702"/>
        </w:trPr>
        <w:tc>
          <w:tcPr>
            <w:tcW w:w="639" w:type="dxa"/>
            <w:vMerge w:val="restart"/>
          </w:tcPr>
          <w:p w:rsidR="00ED1EAB" w:rsidRPr="00ED1EAB" w:rsidRDefault="00ED1EAB" w:rsidP="00151BF9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:rsidR="00ED1EAB" w:rsidRPr="00ED1EAB" w:rsidRDefault="00ED1EAB" w:rsidP="00151BF9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:rsidR="00ED1EAB" w:rsidRPr="00ED1EAB" w:rsidRDefault="00ED1EAB" w:rsidP="00151BF9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:rsidR="00ED1EAB" w:rsidRPr="00ED1EAB" w:rsidRDefault="00ED1EAB" w:rsidP="00151BF9">
            <w:pPr>
              <w:pStyle w:val="TableParagraph"/>
              <w:spacing w:before="101"/>
              <w:rPr>
                <w:rFonts w:ascii="標楷體" w:eastAsia="標楷體" w:hAnsi="標楷體"/>
                <w:sz w:val="28"/>
              </w:rPr>
            </w:pPr>
          </w:p>
          <w:p w:rsidR="00ED1EAB" w:rsidRPr="00ED1EAB" w:rsidRDefault="00ED1EAB" w:rsidP="00151BF9">
            <w:pPr>
              <w:pStyle w:val="TableParagraph"/>
              <w:spacing w:line="244" w:lineRule="auto"/>
              <w:ind w:left="174" w:right="171"/>
              <w:jc w:val="both"/>
              <w:rPr>
                <w:rFonts w:ascii="標楷體" w:eastAsia="標楷體" w:hAnsi="標楷體"/>
                <w:sz w:val="28"/>
              </w:rPr>
            </w:pPr>
            <w:r w:rsidRPr="00ED1EAB">
              <w:rPr>
                <w:rFonts w:ascii="標楷體" w:eastAsia="標楷體" w:hAnsi="標楷體"/>
                <w:spacing w:val="-10"/>
                <w:sz w:val="28"/>
              </w:rPr>
              <w:t>被推薦人概況</w:t>
            </w:r>
          </w:p>
        </w:tc>
        <w:tc>
          <w:tcPr>
            <w:tcW w:w="924" w:type="dxa"/>
          </w:tcPr>
          <w:p w:rsidR="00ED1EAB" w:rsidRPr="00ED1EAB" w:rsidRDefault="00ED1EAB" w:rsidP="00151BF9">
            <w:pPr>
              <w:pStyle w:val="TableParagraph"/>
              <w:spacing w:before="184"/>
              <w:ind w:left="2"/>
              <w:jc w:val="center"/>
              <w:rPr>
                <w:rFonts w:ascii="標楷體" w:eastAsia="標楷體" w:hAnsi="標楷體"/>
                <w:sz w:val="24"/>
              </w:rPr>
            </w:pPr>
            <w:r w:rsidRPr="00ED1EAB">
              <w:rPr>
                <w:rFonts w:ascii="標楷體" w:eastAsia="標楷體" w:hAnsi="標楷體"/>
                <w:spacing w:val="-5"/>
                <w:sz w:val="24"/>
              </w:rPr>
              <w:t>姓名</w:t>
            </w:r>
          </w:p>
        </w:tc>
        <w:tc>
          <w:tcPr>
            <w:tcW w:w="1431" w:type="dxa"/>
            <w:gridSpan w:val="2"/>
          </w:tcPr>
          <w:p w:rsidR="00ED1EAB" w:rsidRPr="00ED1EAB" w:rsidRDefault="00ED1EAB" w:rsidP="00151BF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0" w:type="dxa"/>
          </w:tcPr>
          <w:p w:rsidR="00ED1EAB" w:rsidRPr="00ED1EAB" w:rsidRDefault="00ED1EAB" w:rsidP="00151BF9">
            <w:pPr>
              <w:pStyle w:val="TableParagraph"/>
              <w:spacing w:before="28" w:line="242" w:lineRule="auto"/>
              <w:ind w:left="159" w:right="153"/>
              <w:rPr>
                <w:rFonts w:ascii="標楷體" w:eastAsia="標楷體" w:hAnsi="標楷體"/>
                <w:sz w:val="24"/>
              </w:rPr>
            </w:pPr>
            <w:r w:rsidRPr="00ED1EAB">
              <w:rPr>
                <w:rFonts w:ascii="標楷體" w:eastAsia="標楷體" w:hAnsi="標楷體"/>
                <w:spacing w:val="-10"/>
                <w:sz w:val="24"/>
              </w:rPr>
              <w:t>性別</w:t>
            </w:r>
          </w:p>
        </w:tc>
        <w:tc>
          <w:tcPr>
            <w:tcW w:w="969" w:type="dxa"/>
          </w:tcPr>
          <w:p w:rsidR="00ED1EAB" w:rsidRPr="00ED1EAB" w:rsidRDefault="00ED1EAB" w:rsidP="00151BF9">
            <w:pPr>
              <w:pStyle w:val="TableParagraph"/>
              <w:spacing w:before="28"/>
              <w:ind w:left="201"/>
              <w:rPr>
                <w:rFonts w:ascii="標楷體" w:eastAsia="標楷體" w:hAnsi="標楷體"/>
                <w:sz w:val="24"/>
              </w:rPr>
            </w:pPr>
            <w:r w:rsidRPr="00ED1EAB">
              <w:rPr>
                <w:rFonts w:ascii="標楷體" w:eastAsia="標楷體" w:hAnsi="標楷體"/>
                <w:w w:val="130"/>
                <w:sz w:val="24"/>
              </w:rPr>
              <w:t>□</w:t>
            </w:r>
            <w:r w:rsidRPr="00ED1EAB">
              <w:rPr>
                <w:rFonts w:ascii="標楷體" w:eastAsia="標楷體" w:hAnsi="標楷體"/>
                <w:spacing w:val="-10"/>
                <w:w w:val="120"/>
                <w:sz w:val="24"/>
              </w:rPr>
              <w:t>男</w:t>
            </w:r>
          </w:p>
          <w:p w:rsidR="00ED1EAB" w:rsidRPr="00ED1EAB" w:rsidRDefault="00ED1EAB" w:rsidP="00151BF9">
            <w:pPr>
              <w:pStyle w:val="TableParagraph"/>
              <w:spacing w:before="5"/>
              <w:ind w:left="201"/>
              <w:rPr>
                <w:rFonts w:ascii="標楷體" w:eastAsia="標楷體" w:hAnsi="標楷體"/>
                <w:sz w:val="24"/>
              </w:rPr>
            </w:pPr>
            <w:r w:rsidRPr="00ED1EAB">
              <w:rPr>
                <w:rFonts w:ascii="標楷體" w:eastAsia="標楷體" w:hAnsi="標楷體"/>
                <w:w w:val="130"/>
                <w:sz w:val="24"/>
              </w:rPr>
              <w:t>□</w:t>
            </w:r>
            <w:r w:rsidRPr="00ED1EAB">
              <w:rPr>
                <w:rFonts w:ascii="標楷體" w:eastAsia="標楷體" w:hAnsi="標楷體"/>
                <w:spacing w:val="-10"/>
                <w:w w:val="120"/>
                <w:sz w:val="24"/>
              </w:rPr>
              <w:t>女</w:t>
            </w:r>
          </w:p>
        </w:tc>
        <w:tc>
          <w:tcPr>
            <w:tcW w:w="1422" w:type="dxa"/>
            <w:gridSpan w:val="3"/>
          </w:tcPr>
          <w:p w:rsidR="00ED1EAB" w:rsidRPr="00ED1EAB" w:rsidRDefault="00ED1EAB" w:rsidP="00151BF9">
            <w:pPr>
              <w:pStyle w:val="TableParagraph"/>
              <w:spacing w:before="197"/>
              <w:ind w:left="162"/>
              <w:rPr>
                <w:rFonts w:ascii="標楷體" w:eastAsia="標楷體" w:hAnsi="標楷體"/>
              </w:rPr>
            </w:pPr>
            <w:r w:rsidRPr="00ED1EAB">
              <w:rPr>
                <w:rFonts w:ascii="標楷體" w:eastAsia="標楷體" w:hAnsi="標楷體"/>
                <w:spacing w:val="-4"/>
              </w:rPr>
              <w:t>出生年月日</w:t>
            </w:r>
          </w:p>
        </w:tc>
        <w:tc>
          <w:tcPr>
            <w:tcW w:w="815" w:type="dxa"/>
            <w:tcBorders>
              <w:right w:val="nil"/>
            </w:tcBorders>
          </w:tcPr>
          <w:p w:rsidR="00ED1EAB" w:rsidRPr="00ED1EAB" w:rsidRDefault="00ED1EAB" w:rsidP="00151BF9">
            <w:pPr>
              <w:pStyle w:val="TableParagraph"/>
              <w:spacing w:before="184"/>
              <w:ind w:left="464"/>
              <w:rPr>
                <w:rFonts w:ascii="標楷體" w:eastAsia="標楷體" w:hAnsi="標楷體"/>
                <w:sz w:val="24"/>
              </w:rPr>
            </w:pPr>
            <w:r w:rsidRPr="00ED1EAB">
              <w:rPr>
                <w:rFonts w:ascii="標楷體" w:eastAsia="標楷體" w:hAnsi="標楷體"/>
                <w:spacing w:val="-10"/>
                <w:sz w:val="24"/>
              </w:rPr>
              <w:t>年</w:t>
            </w:r>
          </w:p>
        </w:tc>
        <w:tc>
          <w:tcPr>
            <w:tcW w:w="479" w:type="dxa"/>
            <w:tcBorders>
              <w:left w:val="nil"/>
              <w:right w:val="nil"/>
            </w:tcBorders>
          </w:tcPr>
          <w:p w:rsidR="00ED1EAB" w:rsidRPr="00ED1EAB" w:rsidRDefault="00ED1EAB" w:rsidP="00151BF9">
            <w:pPr>
              <w:pStyle w:val="TableParagraph"/>
              <w:spacing w:before="184"/>
              <w:ind w:left="134"/>
              <w:rPr>
                <w:rFonts w:ascii="標楷體" w:eastAsia="標楷體" w:hAnsi="標楷體"/>
                <w:sz w:val="24"/>
              </w:rPr>
            </w:pPr>
            <w:r w:rsidRPr="00ED1EAB">
              <w:rPr>
                <w:rFonts w:ascii="標楷體" w:eastAsia="標楷體" w:hAnsi="標楷體"/>
                <w:spacing w:val="-10"/>
                <w:sz w:val="24"/>
              </w:rPr>
              <w:t>月</w:t>
            </w:r>
          </w:p>
        </w:tc>
        <w:tc>
          <w:tcPr>
            <w:tcW w:w="715" w:type="dxa"/>
            <w:tcBorders>
              <w:left w:val="nil"/>
              <w:right w:val="nil"/>
            </w:tcBorders>
          </w:tcPr>
          <w:p w:rsidR="00ED1EAB" w:rsidRPr="00ED1EAB" w:rsidRDefault="00ED1EAB" w:rsidP="00151BF9">
            <w:pPr>
              <w:pStyle w:val="TableParagraph"/>
              <w:spacing w:before="184"/>
              <w:ind w:left="135"/>
              <w:rPr>
                <w:rFonts w:ascii="標楷體" w:eastAsia="標楷體" w:hAnsi="標楷體"/>
                <w:sz w:val="24"/>
              </w:rPr>
            </w:pPr>
            <w:r w:rsidRPr="00ED1EAB">
              <w:rPr>
                <w:rFonts w:ascii="標楷體" w:eastAsia="標楷體" w:hAnsi="標楷體"/>
                <w:spacing w:val="-10"/>
                <w:sz w:val="24"/>
              </w:rPr>
              <w:t>日</w:t>
            </w:r>
          </w:p>
        </w:tc>
        <w:tc>
          <w:tcPr>
            <w:tcW w:w="110" w:type="dxa"/>
            <w:tcBorders>
              <w:left w:val="nil"/>
            </w:tcBorders>
          </w:tcPr>
          <w:p w:rsidR="00ED1EAB" w:rsidRPr="00ED1EAB" w:rsidRDefault="00ED1EAB" w:rsidP="00151BF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33" w:type="dxa"/>
            <w:gridSpan w:val="3"/>
            <w:vMerge w:val="restart"/>
          </w:tcPr>
          <w:p w:rsidR="00ED1EAB" w:rsidRPr="00ED1EAB" w:rsidRDefault="00ED1EAB" w:rsidP="00151BF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ED1EAB" w:rsidRPr="00ED1EAB" w:rsidRDefault="00ED1EAB" w:rsidP="00151BF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ED1EAB" w:rsidRPr="00ED1EAB" w:rsidRDefault="00ED1EAB" w:rsidP="00151BF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ED1EAB" w:rsidRPr="00ED1EAB" w:rsidRDefault="00ED1EAB" w:rsidP="00151BF9">
            <w:pPr>
              <w:pStyle w:val="TableParagraph"/>
              <w:spacing w:before="269"/>
              <w:rPr>
                <w:rFonts w:ascii="標楷體" w:eastAsia="標楷體" w:hAnsi="標楷體"/>
                <w:sz w:val="24"/>
              </w:rPr>
            </w:pPr>
          </w:p>
          <w:p w:rsidR="00ED1EAB" w:rsidRPr="00ED1EAB" w:rsidRDefault="00ED1EAB" w:rsidP="00151BF9">
            <w:pPr>
              <w:pStyle w:val="TableParagraph"/>
              <w:ind w:left="566"/>
              <w:rPr>
                <w:rFonts w:ascii="標楷體" w:eastAsia="標楷體" w:hAnsi="標楷體"/>
                <w:sz w:val="24"/>
              </w:rPr>
            </w:pPr>
            <w:r w:rsidRPr="00ED1EAB">
              <w:rPr>
                <w:rFonts w:ascii="標楷體" w:eastAsia="標楷體" w:hAnsi="標楷體"/>
                <w:spacing w:val="-2"/>
                <w:sz w:val="24"/>
              </w:rPr>
              <w:t>(</w:t>
            </w:r>
            <w:proofErr w:type="gramStart"/>
            <w:r w:rsidRPr="00ED1EAB">
              <w:rPr>
                <w:rFonts w:ascii="標楷體" w:eastAsia="標楷體" w:hAnsi="標楷體"/>
                <w:spacing w:val="-2"/>
                <w:sz w:val="24"/>
              </w:rPr>
              <w:t>請貼照片</w:t>
            </w:r>
            <w:proofErr w:type="gramEnd"/>
            <w:r w:rsidRPr="00ED1EAB">
              <w:rPr>
                <w:rFonts w:ascii="標楷體" w:eastAsia="標楷體" w:hAnsi="標楷體"/>
                <w:spacing w:val="-10"/>
                <w:sz w:val="24"/>
              </w:rPr>
              <w:t>)</w:t>
            </w:r>
          </w:p>
        </w:tc>
      </w:tr>
      <w:tr w:rsidR="00ED1EAB" w:rsidTr="00ED1EAB">
        <w:trPr>
          <w:trHeight w:val="503"/>
        </w:trPr>
        <w:tc>
          <w:tcPr>
            <w:tcW w:w="639" w:type="dxa"/>
            <w:vMerge/>
            <w:tcBorders>
              <w:top w:val="nil"/>
            </w:tcBorders>
          </w:tcPr>
          <w:p w:rsidR="00ED1EAB" w:rsidRPr="00ED1EAB" w:rsidRDefault="00ED1EAB" w:rsidP="00151BF9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gridSpan w:val="2"/>
          </w:tcPr>
          <w:p w:rsidR="00ED1EAB" w:rsidRPr="00ED1EAB" w:rsidRDefault="00ED1EAB" w:rsidP="00151BF9">
            <w:pPr>
              <w:pStyle w:val="TableParagraph"/>
              <w:spacing w:before="84"/>
              <w:ind w:left="179"/>
              <w:rPr>
                <w:rFonts w:ascii="標楷體" w:eastAsia="標楷體" w:hAnsi="標楷體"/>
                <w:sz w:val="24"/>
              </w:rPr>
            </w:pPr>
            <w:r w:rsidRPr="00ED1EAB">
              <w:rPr>
                <w:rFonts w:ascii="標楷體" w:eastAsia="標楷體" w:hAnsi="標楷體"/>
                <w:spacing w:val="-2"/>
                <w:sz w:val="24"/>
              </w:rPr>
              <w:t>本校畢業年度</w:t>
            </w:r>
          </w:p>
        </w:tc>
        <w:tc>
          <w:tcPr>
            <w:tcW w:w="5908" w:type="dxa"/>
            <w:gridSpan w:val="10"/>
          </w:tcPr>
          <w:p w:rsidR="00ED1EAB" w:rsidRPr="00ED1EAB" w:rsidRDefault="00ED1EAB" w:rsidP="00151BF9">
            <w:pPr>
              <w:pStyle w:val="TableParagraph"/>
              <w:tabs>
                <w:tab w:val="left" w:pos="1142"/>
                <w:tab w:val="left" w:pos="2052"/>
              </w:tabs>
              <w:spacing w:before="68"/>
              <w:ind w:left="102"/>
              <w:rPr>
                <w:rFonts w:ascii="標楷體" w:eastAsia="標楷體" w:hAnsi="標楷體"/>
                <w:sz w:val="26"/>
              </w:rPr>
            </w:pPr>
            <w:r w:rsidRPr="00ED1EAB">
              <w:rPr>
                <w:rFonts w:ascii="標楷體" w:eastAsia="標楷體" w:hAnsi="標楷體"/>
                <w:spacing w:val="-4"/>
                <w:sz w:val="26"/>
              </w:rPr>
              <w:t>民</w:t>
            </w:r>
            <w:r w:rsidRPr="00ED1EAB">
              <w:rPr>
                <w:rFonts w:ascii="標楷體" w:eastAsia="標楷體" w:hAnsi="標楷體"/>
                <w:spacing w:val="-10"/>
                <w:sz w:val="26"/>
              </w:rPr>
              <w:t>國</w:t>
            </w:r>
            <w:r w:rsidRPr="00ED1EAB">
              <w:rPr>
                <w:rFonts w:ascii="標楷體" w:eastAsia="標楷體" w:hAnsi="標楷體"/>
                <w:sz w:val="26"/>
              </w:rPr>
              <w:tab/>
            </w:r>
            <w:r w:rsidRPr="00ED1EAB">
              <w:rPr>
                <w:rFonts w:ascii="標楷體" w:eastAsia="標楷體" w:hAnsi="標楷體"/>
                <w:spacing w:val="-10"/>
                <w:sz w:val="26"/>
              </w:rPr>
              <w:t>年</w:t>
            </w:r>
            <w:r w:rsidRPr="00ED1EAB">
              <w:rPr>
                <w:rFonts w:ascii="標楷體" w:eastAsia="標楷體" w:hAnsi="標楷體"/>
                <w:sz w:val="26"/>
              </w:rPr>
              <w:tab/>
              <w:t>月</w:t>
            </w:r>
            <w:r w:rsidRPr="00ED1EAB">
              <w:rPr>
                <w:rFonts w:ascii="標楷體" w:eastAsia="標楷體" w:hAnsi="標楷體"/>
                <w:spacing w:val="-4"/>
                <w:sz w:val="26"/>
              </w:rPr>
              <w:t xml:space="preserve"> </w:t>
            </w:r>
            <w:r w:rsidRPr="00ED1EAB">
              <w:rPr>
                <w:rFonts w:ascii="標楷體" w:eastAsia="標楷體" w:hAnsi="標楷體"/>
                <w:sz w:val="26"/>
              </w:rPr>
              <w:t>畢</w:t>
            </w:r>
            <w:r w:rsidRPr="00ED1EAB">
              <w:rPr>
                <w:rFonts w:ascii="標楷體" w:eastAsia="標楷體" w:hAnsi="標楷體"/>
                <w:spacing w:val="-10"/>
                <w:sz w:val="26"/>
              </w:rPr>
              <w:t>業</w:t>
            </w:r>
          </w:p>
        </w:tc>
        <w:tc>
          <w:tcPr>
            <w:tcW w:w="2233" w:type="dxa"/>
            <w:gridSpan w:val="3"/>
            <w:vMerge/>
            <w:tcBorders>
              <w:top w:val="nil"/>
            </w:tcBorders>
          </w:tcPr>
          <w:p w:rsidR="00ED1EAB" w:rsidRPr="00ED1EAB" w:rsidRDefault="00ED1EAB" w:rsidP="00151BF9">
            <w:pPr>
              <w:rPr>
                <w:sz w:val="2"/>
                <w:szCs w:val="2"/>
              </w:rPr>
            </w:pPr>
          </w:p>
        </w:tc>
      </w:tr>
      <w:tr w:rsidR="00ED1EAB" w:rsidTr="00ED1EAB">
        <w:trPr>
          <w:trHeight w:val="558"/>
        </w:trPr>
        <w:tc>
          <w:tcPr>
            <w:tcW w:w="639" w:type="dxa"/>
            <w:vMerge/>
            <w:tcBorders>
              <w:top w:val="nil"/>
            </w:tcBorders>
          </w:tcPr>
          <w:p w:rsidR="00ED1EAB" w:rsidRPr="00ED1EAB" w:rsidRDefault="00ED1EAB" w:rsidP="00151BF9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gridSpan w:val="2"/>
          </w:tcPr>
          <w:p w:rsidR="00ED1EAB" w:rsidRPr="00ED1EAB" w:rsidRDefault="00ED1EAB" w:rsidP="00151BF9">
            <w:pPr>
              <w:pStyle w:val="TableParagraph"/>
              <w:spacing w:before="110"/>
              <w:ind w:left="179"/>
              <w:rPr>
                <w:rFonts w:ascii="標楷體" w:eastAsia="標楷體" w:hAnsi="標楷體"/>
                <w:sz w:val="24"/>
              </w:rPr>
            </w:pPr>
            <w:r w:rsidRPr="00ED1EAB">
              <w:rPr>
                <w:rFonts w:ascii="標楷體" w:eastAsia="標楷體" w:hAnsi="標楷體"/>
                <w:spacing w:val="-2"/>
                <w:sz w:val="24"/>
              </w:rPr>
              <w:t>目前最高學歷</w:t>
            </w:r>
          </w:p>
        </w:tc>
        <w:tc>
          <w:tcPr>
            <w:tcW w:w="5908" w:type="dxa"/>
            <w:gridSpan w:val="10"/>
          </w:tcPr>
          <w:p w:rsidR="00ED1EAB" w:rsidRPr="00ED1EAB" w:rsidRDefault="00ED1EAB" w:rsidP="00151BF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33" w:type="dxa"/>
            <w:gridSpan w:val="3"/>
            <w:vMerge/>
            <w:tcBorders>
              <w:top w:val="nil"/>
            </w:tcBorders>
          </w:tcPr>
          <w:p w:rsidR="00ED1EAB" w:rsidRPr="00ED1EAB" w:rsidRDefault="00ED1EAB" w:rsidP="00151BF9">
            <w:pPr>
              <w:rPr>
                <w:sz w:val="2"/>
                <w:szCs w:val="2"/>
              </w:rPr>
            </w:pPr>
          </w:p>
        </w:tc>
      </w:tr>
      <w:tr w:rsidR="00ED1EAB" w:rsidTr="00ED1EAB">
        <w:trPr>
          <w:trHeight w:val="1540"/>
        </w:trPr>
        <w:tc>
          <w:tcPr>
            <w:tcW w:w="639" w:type="dxa"/>
            <w:vMerge/>
            <w:tcBorders>
              <w:top w:val="nil"/>
            </w:tcBorders>
          </w:tcPr>
          <w:p w:rsidR="00ED1EAB" w:rsidRPr="00ED1EAB" w:rsidRDefault="00ED1EAB" w:rsidP="00151BF9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tcBorders>
              <w:right w:val="nil"/>
            </w:tcBorders>
          </w:tcPr>
          <w:p w:rsidR="00ED1EAB" w:rsidRPr="00ED1EAB" w:rsidRDefault="00ED1EAB" w:rsidP="00151BF9">
            <w:pPr>
              <w:pStyle w:val="TableParagraph"/>
              <w:spacing w:before="294"/>
              <w:rPr>
                <w:rFonts w:ascii="標楷體" w:eastAsia="標楷體" w:hAnsi="標楷體"/>
                <w:sz w:val="24"/>
              </w:rPr>
            </w:pPr>
          </w:p>
          <w:p w:rsidR="00ED1EAB" w:rsidRPr="00ED1EAB" w:rsidRDefault="00ED1EAB" w:rsidP="00151BF9">
            <w:pPr>
              <w:pStyle w:val="TableParagraph"/>
              <w:ind w:right="77"/>
              <w:jc w:val="center"/>
              <w:rPr>
                <w:rFonts w:ascii="標楷體" w:eastAsia="標楷體" w:hAnsi="標楷體"/>
                <w:sz w:val="24"/>
              </w:rPr>
            </w:pPr>
            <w:r w:rsidRPr="00ED1EAB">
              <w:rPr>
                <w:rFonts w:ascii="標楷體" w:eastAsia="標楷體" w:hAnsi="標楷體"/>
                <w:spacing w:val="-10"/>
                <w:sz w:val="24"/>
              </w:rPr>
              <w:t>經</w:t>
            </w:r>
          </w:p>
        </w:tc>
        <w:tc>
          <w:tcPr>
            <w:tcW w:w="883" w:type="dxa"/>
            <w:tcBorders>
              <w:left w:val="nil"/>
            </w:tcBorders>
          </w:tcPr>
          <w:p w:rsidR="00ED1EAB" w:rsidRPr="00ED1EAB" w:rsidRDefault="00ED1EAB" w:rsidP="00151BF9">
            <w:pPr>
              <w:pStyle w:val="TableParagraph"/>
              <w:spacing w:before="294"/>
              <w:rPr>
                <w:rFonts w:ascii="標楷體" w:eastAsia="標楷體" w:hAnsi="標楷體"/>
                <w:sz w:val="24"/>
              </w:rPr>
            </w:pPr>
          </w:p>
          <w:p w:rsidR="00ED1EAB" w:rsidRPr="00ED1EAB" w:rsidRDefault="00ED1EAB" w:rsidP="00151BF9">
            <w:pPr>
              <w:pStyle w:val="TableParagraph"/>
              <w:ind w:left="43"/>
              <w:jc w:val="center"/>
              <w:rPr>
                <w:rFonts w:ascii="標楷體" w:eastAsia="標楷體" w:hAnsi="標楷體"/>
                <w:sz w:val="24"/>
              </w:rPr>
            </w:pPr>
            <w:r w:rsidRPr="00ED1EAB">
              <w:rPr>
                <w:rFonts w:ascii="標楷體" w:eastAsia="標楷體" w:hAnsi="標楷體"/>
                <w:spacing w:val="-10"/>
                <w:sz w:val="24"/>
              </w:rPr>
              <w:t>歷</w:t>
            </w:r>
          </w:p>
        </w:tc>
        <w:tc>
          <w:tcPr>
            <w:tcW w:w="5908" w:type="dxa"/>
            <w:gridSpan w:val="10"/>
          </w:tcPr>
          <w:p w:rsidR="00ED1EAB" w:rsidRPr="00ED1EAB" w:rsidRDefault="00ED1EAB" w:rsidP="00151BF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233" w:type="dxa"/>
            <w:gridSpan w:val="3"/>
            <w:vMerge/>
            <w:tcBorders>
              <w:top w:val="nil"/>
            </w:tcBorders>
          </w:tcPr>
          <w:p w:rsidR="00ED1EAB" w:rsidRPr="00ED1EAB" w:rsidRDefault="00ED1EAB" w:rsidP="00151BF9">
            <w:pPr>
              <w:rPr>
                <w:sz w:val="2"/>
                <w:szCs w:val="2"/>
              </w:rPr>
            </w:pPr>
          </w:p>
        </w:tc>
      </w:tr>
      <w:tr w:rsidR="00ED1EAB" w:rsidTr="00ED1EAB">
        <w:trPr>
          <w:trHeight w:val="674"/>
        </w:trPr>
        <w:tc>
          <w:tcPr>
            <w:tcW w:w="639" w:type="dxa"/>
            <w:vMerge/>
            <w:tcBorders>
              <w:top w:val="nil"/>
            </w:tcBorders>
          </w:tcPr>
          <w:p w:rsidR="00ED1EAB" w:rsidRPr="00ED1EAB" w:rsidRDefault="00ED1EAB" w:rsidP="00151BF9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gridSpan w:val="2"/>
          </w:tcPr>
          <w:p w:rsidR="00ED1EAB" w:rsidRPr="00ED1EAB" w:rsidRDefault="00ED1EAB" w:rsidP="00151BF9">
            <w:pPr>
              <w:pStyle w:val="TableParagraph"/>
              <w:spacing w:before="171"/>
              <w:ind w:left="419"/>
              <w:rPr>
                <w:rFonts w:ascii="標楷體" w:eastAsia="標楷體" w:hAnsi="標楷體"/>
                <w:sz w:val="24"/>
              </w:rPr>
            </w:pPr>
            <w:r w:rsidRPr="00ED1EAB">
              <w:rPr>
                <w:rFonts w:ascii="標楷體" w:eastAsia="標楷體" w:hAnsi="標楷體"/>
                <w:spacing w:val="-3"/>
                <w:sz w:val="24"/>
              </w:rPr>
              <w:t>服務機關</w:t>
            </w:r>
          </w:p>
        </w:tc>
        <w:tc>
          <w:tcPr>
            <w:tcW w:w="2795" w:type="dxa"/>
            <w:gridSpan w:val="4"/>
          </w:tcPr>
          <w:p w:rsidR="00ED1EAB" w:rsidRPr="00ED1EAB" w:rsidRDefault="00ED1EAB" w:rsidP="00151BF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27" w:type="dxa"/>
          </w:tcPr>
          <w:p w:rsidR="00ED1EAB" w:rsidRPr="00ED1EAB" w:rsidRDefault="00ED1EAB" w:rsidP="00151BF9">
            <w:pPr>
              <w:pStyle w:val="TableParagraph"/>
              <w:spacing w:before="218"/>
              <w:ind w:left="16"/>
              <w:jc w:val="center"/>
              <w:rPr>
                <w:rFonts w:ascii="標楷體" w:eastAsia="標楷體" w:hAnsi="標楷體"/>
                <w:sz w:val="24"/>
              </w:rPr>
            </w:pPr>
            <w:r w:rsidRPr="00ED1EAB">
              <w:rPr>
                <w:rFonts w:ascii="標楷體" w:eastAsia="標楷體" w:hAnsi="標楷體"/>
                <w:spacing w:val="-5"/>
                <w:sz w:val="24"/>
              </w:rPr>
              <w:t>地址</w:t>
            </w:r>
          </w:p>
        </w:tc>
        <w:tc>
          <w:tcPr>
            <w:tcW w:w="4519" w:type="dxa"/>
            <w:gridSpan w:val="8"/>
          </w:tcPr>
          <w:p w:rsidR="00ED1EAB" w:rsidRPr="00ED1EAB" w:rsidRDefault="00ED1EAB" w:rsidP="00151BF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ED1EAB" w:rsidTr="00ED1EAB">
        <w:trPr>
          <w:trHeight w:val="676"/>
        </w:trPr>
        <w:tc>
          <w:tcPr>
            <w:tcW w:w="639" w:type="dxa"/>
            <w:vMerge/>
            <w:tcBorders>
              <w:top w:val="nil"/>
            </w:tcBorders>
          </w:tcPr>
          <w:p w:rsidR="00ED1EAB" w:rsidRPr="00ED1EAB" w:rsidRDefault="00ED1EAB" w:rsidP="00151BF9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gridSpan w:val="2"/>
          </w:tcPr>
          <w:p w:rsidR="00ED1EAB" w:rsidRPr="00ED1EAB" w:rsidRDefault="00ED1EAB" w:rsidP="00151BF9">
            <w:pPr>
              <w:pStyle w:val="TableParagraph"/>
              <w:spacing w:before="170"/>
              <w:ind w:left="419"/>
              <w:rPr>
                <w:rFonts w:ascii="標楷體" w:eastAsia="標楷體" w:hAnsi="標楷體"/>
                <w:sz w:val="24"/>
              </w:rPr>
            </w:pPr>
            <w:r w:rsidRPr="00ED1EAB">
              <w:rPr>
                <w:rFonts w:ascii="標楷體" w:eastAsia="標楷體" w:hAnsi="標楷體"/>
                <w:spacing w:val="-3"/>
                <w:sz w:val="24"/>
              </w:rPr>
              <w:t>目前職務</w:t>
            </w:r>
          </w:p>
        </w:tc>
        <w:tc>
          <w:tcPr>
            <w:tcW w:w="2795" w:type="dxa"/>
            <w:gridSpan w:val="4"/>
          </w:tcPr>
          <w:p w:rsidR="00ED1EAB" w:rsidRPr="00ED1EAB" w:rsidRDefault="00ED1EAB" w:rsidP="00151BF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27" w:type="dxa"/>
          </w:tcPr>
          <w:p w:rsidR="00ED1EAB" w:rsidRPr="00ED1EAB" w:rsidRDefault="00ED1EAB" w:rsidP="00151BF9">
            <w:pPr>
              <w:pStyle w:val="TableParagraph"/>
              <w:spacing w:before="218"/>
              <w:ind w:left="16"/>
              <w:jc w:val="center"/>
              <w:rPr>
                <w:rFonts w:ascii="標楷體" w:eastAsia="標楷體" w:hAnsi="標楷體"/>
                <w:sz w:val="24"/>
              </w:rPr>
            </w:pPr>
            <w:r w:rsidRPr="00ED1EAB">
              <w:rPr>
                <w:rFonts w:ascii="標楷體" w:eastAsia="標楷體" w:hAnsi="標楷體"/>
                <w:spacing w:val="-5"/>
                <w:sz w:val="24"/>
              </w:rPr>
              <w:t>電話</w:t>
            </w:r>
          </w:p>
        </w:tc>
        <w:tc>
          <w:tcPr>
            <w:tcW w:w="4519" w:type="dxa"/>
            <w:gridSpan w:val="8"/>
          </w:tcPr>
          <w:p w:rsidR="00ED1EAB" w:rsidRPr="00ED1EAB" w:rsidRDefault="00ED1EAB" w:rsidP="00151BF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ED1EAB" w:rsidTr="00ED1EAB">
        <w:trPr>
          <w:trHeight w:val="570"/>
        </w:trPr>
        <w:tc>
          <w:tcPr>
            <w:tcW w:w="639" w:type="dxa"/>
            <w:vMerge/>
            <w:tcBorders>
              <w:top w:val="nil"/>
            </w:tcBorders>
          </w:tcPr>
          <w:p w:rsidR="00ED1EAB" w:rsidRPr="00ED1EAB" w:rsidRDefault="00ED1EAB" w:rsidP="00151BF9">
            <w:pPr>
              <w:rPr>
                <w:sz w:val="2"/>
                <w:szCs w:val="2"/>
              </w:rPr>
            </w:pPr>
          </w:p>
        </w:tc>
        <w:tc>
          <w:tcPr>
            <w:tcW w:w="1807" w:type="dxa"/>
            <w:gridSpan w:val="2"/>
          </w:tcPr>
          <w:p w:rsidR="00ED1EAB" w:rsidRPr="00ED1EAB" w:rsidRDefault="00ED1EAB" w:rsidP="00151BF9">
            <w:pPr>
              <w:pStyle w:val="TableParagraph"/>
              <w:spacing w:before="147"/>
              <w:ind w:left="592"/>
              <w:rPr>
                <w:rFonts w:ascii="標楷體" w:eastAsia="標楷體" w:hAnsi="標楷體"/>
                <w:sz w:val="24"/>
              </w:rPr>
            </w:pPr>
            <w:r w:rsidRPr="00ED1EAB">
              <w:rPr>
                <w:rFonts w:ascii="標楷體" w:eastAsia="標楷體" w:hAnsi="標楷體"/>
                <w:spacing w:val="-2"/>
                <w:sz w:val="24"/>
              </w:rPr>
              <w:t>e-</w:t>
            </w:r>
            <w:r w:rsidRPr="00ED1EAB">
              <w:rPr>
                <w:rFonts w:ascii="標楷體" w:eastAsia="標楷體" w:hAnsi="標楷體"/>
                <w:spacing w:val="-4"/>
                <w:sz w:val="24"/>
              </w:rPr>
              <w:t>mail</w:t>
            </w:r>
          </w:p>
        </w:tc>
        <w:tc>
          <w:tcPr>
            <w:tcW w:w="8141" w:type="dxa"/>
            <w:gridSpan w:val="13"/>
          </w:tcPr>
          <w:p w:rsidR="00ED1EAB" w:rsidRPr="00ED1EAB" w:rsidRDefault="00ED1EAB" w:rsidP="00151BF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ED1EAB" w:rsidTr="00ED1EAB">
        <w:trPr>
          <w:trHeight w:val="3600"/>
        </w:trPr>
        <w:tc>
          <w:tcPr>
            <w:tcW w:w="639" w:type="dxa"/>
          </w:tcPr>
          <w:p w:rsidR="00ED1EAB" w:rsidRPr="00ED1EAB" w:rsidRDefault="00ED1EAB" w:rsidP="00151BF9">
            <w:pPr>
              <w:pStyle w:val="TableParagraph"/>
              <w:spacing w:before="335"/>
              <w:rPr>
                <w:rFonts w:ascii="標楷體" w:eastAsia="標楷體" w:hAnsi="標楷體"/>
                <w:sz w:val="28"/>
              </w:rPr>
            </w:pPr>
          </w:p>
          <w:p w:rsidR="00ED1EAB" w:rsidRPr="00ED1EAB" w:rsidRDefault="00ED1EAB" w:rsidP="00151BF9">
            <w:pPr>
              <w:pStyle w:val="TableParagraph"/>
              <w:spacing w:line="244" w:lineRule="auto"/>
              <w:ind w:left="174" w:right="171"/>
              <w:jc w:val="both"/>
              <w:rPr>
                <w:rFonts w:ascii="標楷體" w:eastAsia="標楷體" w:hAnsi="標楷體"/>
                <w:sz w:val="28"/>
              </w:rPr>
            </w:pPr>
            <w:r w:rsidRPr="00ED1EAB">
              <w:rPr>
                <w:rFonts w:ascii="標楷體" w:eastAsia="標楷體" w:hAnsi="標楷體"/>
                <w:spacing w:val="-10"/>
                <w:sz w:val="28"/>
              </w:rPr>
              <w:t>傑出表現事蹟</w:t>
            </w:r>
          </w:p>
        </w:tc>
        <w:tc>
          <w:tcPr>
            <w:tcW w:w="9948" w:type="dxa"/>
            <w:gridSpan w:val="15"/>
          </w:tcPr>
          <w:p w:rsidR="00ED1EAB" w:rsidRPr="00ED1EAB" w:rsidRDefault="00ED1EAB" w:rsidP="00151BF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ED1EAB" w:rsidTr="00ED1EAB">
        <w:trPr>
          <w:trHeight w:val="625"/>
        </w:trPr>
        <w:tc>
          <w:tcPr>
            <w:tcW w:w="639" w:type="dxa"/>
            <w:vMerge w:val="restart"/>
          </w:tcPr>
          <w:p w:rsidR="00ED1EAB" w:rsidRPr="00ED1EAB" w:rsidRDefault="00ED1EAB" w:rsidP="00151BF9">
            <w:pPr>
              <w:pStyle w:val="TableParagraph"/>
              <w:spacing w:before="345"/>
              <w:rPr>
                <w:rFonts w:ascii="標楷體" w:eastAsia="標楷體" w:hAnsi="標楷體"/>
                <w:sz w:val="28"/>
              </w:rPr>
            </w:pPr>
          </w:p>
          <w:p w:rsidR="00ED1EAB" w:rsidRPr="00ED1EAB" w:rsidRDefault="00ED1EAB" w:rsidP="00151BF9">
            <w:pPr>
              <w:pStyle w:val="TableParagraph"/>
              <w:spacing w:line="244" w:lineRule="auto"/>
              <w:ind w:left="174" w:right="171"/>
              <w:jc w:val="both"/>
              <w:rPr>
                <w:rFonts w:ascii="標楷體" w:eastAsia="標楷體" w:hAnsi="標楷體"/>
                <w:sz w:val="28"/>
              </w:rPr>
            </w:pPr>
            <w:r w:rsidRPr="00ED1EAB">
              <w:rPr>
                <w:rFonts w:ascii="標楷體" w:eastAsia="標楷體" w:hAnsi="標楷體"/>
                <w:spacing w:val="-10"/>
                <w:sz w:val="28"/>
              </w:rPr>
              <w:t>推薦人</w:t>
            </w:r>
          </w:p>
        </w:tc>
        <w:tc>
          <w:tcPr>
            <w:tcW w:w="2359" w:type="dxa"/>
            <w:gridSpan w:val="3"/>
          </w:tcPr>
          <w:p w:rsidR="00ED1EAB" w:rsidRPr="00ED1EAB" w:rsidRDefault="00ED1EAB" w:rsidP="00151BF9">
            <w:pPr>
              <w:pStyle w:val="TableParagraph"/>
              <w:spacing w:before="146"/>
              <w:ind w:left="695"/>
              <w:rPr>
                <w:rFonts w:ascii="標楷體" w:eastAsia="標楷體" w:hAnsi="標楷體"/>
                <w:sz w:val="24"/>
              </w:rPr>
            </w:pPr>
            <w:r w:rsidRPr="00ED1EAB">
              <w:rPr>
                <w:rFonts w:ascii="標楷體" w:eastAsia="標楷體" w:hAnsi="標楷體"/>
                <w:spacing w:val="-3"/>
                <w:sz w:val="24"/>
              </w:rPr>
              <w:t>單位名稱</w:t>
            </w:r>
          </w:p>
        </w:tc>
        <w:tc>
          <w:tcPr>
            <w:tcW w:w="3070" w:type="dxa"/>
            <w:gridSpan w:val="4"/>
          </w:tcPr>
          <w:p w:rsidR="00ED1EAB" w:rsidRPr="00ED1EAB" w:rsidRDefault="00ED1EAB" w:rsidP="00151BF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76" w:type="dxa"/>
            <w:gridSpan w:val="4"/>
          </w:tcPr>
          <w:p w:rsidR="00ED1EAB" w:rsidRPr="00ED1EAB" w:rsidRDefault="00ED1EAB" w:rsidP="00151BF9">
            <w:pPr>
              <w:pStyle w:val="TableParagraph"/>
              <w:spacing w:line="298" w:lineRule="exact"/>
              <w:ind w:left="612"/>
              <w:rPr>
                <w:rFonts w:ascii="標楷體" w:eastAsia="標楷體" w:hAnsi="標楷體"/>
                <w:sz w:val="24"/>
              </w:rPr>
            </w:pPr>
            <w:r w:rsidRPr="00ED1EAB">
              <w:rPr>
                <w:rFonts w:ascii="標楷體" w:eastAsia="標楷體" w:hAnsi="標楷體"/>
                <w:spacing w:val="-3"/>
                <w:sz w:val="24"/>
              </w:rPr>
              <w:t>單位主管</w:t>
            </w:r>
          </w:p>
          <w:p w:rsidR="00ED1EAB" w:rsidRPr="00ED1EAB" w:rsidRDefault="00ED1EAB" w:rsidP="00151BF9">
            <w:pPr>
              <w:pStyle w:val="TableParagraph"/>
              <w:spacing w:before="4" w:line="304" w:lineRule="exact"/>
              <w:ind w:left="612"/>
              <w:rPr>
                <w:rFonts w:ascii="標楷體" w:eastAsia="標楷體" w:hAnsi="標楷體"/>
                <w:sz w:val="24"/>
              </w:rPr>
            </w:pPr>
            <w:r w:rsidRPr="00ED1EAB">
              <w:rPr>
                <w:rFonts w:ascii="標楷體" w:eastAsia="標楷體" w:hAnsi="標楷體"/>
                <w:spacing w:val="-3"/>
                <w:sz w:val="24"/>
              </w:rPr>
              <w:t>或負責人</w:t>
            </w:r>
          </w:p>
        </w:tc>
        <w:tc>
          <w:tcPr>
            <w:tcW w:w="2343" w:type="dxa"/>
            <w:gridSpan w:val="4"/>
          </w:tcPr>
          <w:p w:rsidR="00ED1EAB" w:rsidRPr="00ED1EAB" w:rsidRDefault="00ED1EAB" w:rsidP="00151BF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ED1EAB" w:rsidTr="00ED1EAB">
        <w:trPr>
          <w:trHeight w:val="645"/>
        </w:trPr>
        <w:tc>
          <w:tcPr>
            <w:tcW w:w="639" w:type="dxa"/>
            <w:vMerge/>
            <w:tcBorders>
              <w:top w:val="nil"/>
            </w:tcBorders>
          </w:tcPr>
          <w:p w:rsidR="00ED1EAB" w:rsidRPr="00ED1EAB" w:rsidRDefault="00ED1EAB" w:rsidP="00151BF9">
            <w:pPr>
              <w:rPr>
                <w:sz w:val="2"/>
                <w:szCs w:val="2"/>
              </w:rPr>
            </w:pPr>
          </w:p>
        </w:tc>
        <w:tc>
          <w:tcPr>
            <w:tcW w:w="2359" w:type="dxa"/>
            <w:gridSpan w:val="3"/>
          </w:tcPr>
          <w:p w:rsidR="00ED1EAB" w:rsidRPr="00ED1EAB" w:rsidRDefault="00ED1EAB" w:rsidP="00151BF9">
            <w:pPr>
              <w:pStyle w:val="TableParagraph"/>
              <w:spacing w:before="192"/>
              <w:ind w:left="2"/>
              <w:jc w:val="center"/>
              <w:rPr>
                <w:rFonts w:ascii="標楷體" w:eastAsia="標楷體" w:hAnsi="標楷體"/>
                <w:sz w:val="24"/>
              </w:rPr>
            </w:pPr>
            <w:r w:rsidRPr="00ED1EAB">
              <w:rPr>
                <w:rFonts w:ascii="標楷體" w:eastAsia="標楷體" w:hAnsi="標楷體"/>
                <w:spacing w:val="-5"/>
                <w:sz w:val="24"/>
              </w:rPr>
              <w:t>姓名</w:t>
            </w:r>
          </w:p>
        </w:tc>
        <w:tc>
          <w:tcPr>
            <w:tcW w:w="3070" w:type="dxa"/>
            <w:gridSpan w:val="4"/>
          </w:tcPr>
          <w:p w:rsidR="00ED1EAB" w:rsidRPr="00ED1EAB" w:rsidRDefault="00ED1EAB" w:rsidP="00151BF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76" w:type="dxa"/>
            <w:gridSpan w:val="4"/>
          </w:tcPr>
          <w:p w:rsidR="00ED1EAB" w:rsidRPr="00ED1EAB" w:rsidRDefault="00ED1EAB" w:rsidP="00151BF9">
            <w:pPr>
              <w:pStyle w:val="TableParagraph"/>
              <w:spacing w:before="153"/>
              <w:ind w:left="132"/>
              <w:rPr>
                <w:rFonts w:ascii="標楷體" w:eastAsia="標楷體" w:hAnsi="標楷體"/>
                <w:sz w:val="24"/>
              </w:rPr>
            </w:pPr>
            <w:r w:rsidRPr="00ED1EAB">
              <w:rPr>
                <w:rFonts w:ascii="標楷體" w:eastAsia="標楷體" w:hAnsi="標楷體"/>
                <w:spacing w:val="-2"/>
                <w:sz w:val="24"/>
              </w:rPr>
              <w:t>與被推薦人的關係</w:t>
            </w:r>
          </w:p>
        </w:tc>
        <w:tc>
          <w:tcPr>
            <w:tcW w:w="2343" w:type="dxa"/>
            <w:gridSpan w:val="4"/>
          </w:tcPr>
          <w:p w:rsidR="00ED1EAB" w:rsidRPr="00ED1EAB" w:rsidRDefault="00ED1EAB" w:rsidP="00151BF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ED1EAB" w:rsidTr="00ED1EAB">
        <w:trPr>
          <w:trHeight w:val="645"/>
        </w:trPr>
        <w:tc>
          <w:tcPr>
            <w:tcW w:w="639" w:type="dxa"/>
            <w:vMerge/>
            <w:tcBorders>
              <w:top w:val="nil"/>
            </w:tcBorders>
          </w:tcPr>
          <w:p w:rsidR="00ED1EAB" w:rsidRPr="00ED1EAB" w:rsidRDefault="00ED1EAB" w:rsidP="00151BF9">
            <w:pPr>
              <w:rPr>
                <w:sz w:val="2"/>
                <w:szCs w:val="2"/>
              </w:rPr>
            </w:pPr>
          </w:p>
        </w:tc>
        <w:tc>
          <w:tcPr>
            <w:tcW w:w="2359" w:type="dxa"/>
            <w:gridSpan w:val="3"/>
          </w:tcPr>
          <w:p w:rsidR="00ED1EAB" w:rsidRPr="00ED1EAB" w:rsidRDefault="00ED1EAB" w:rsidP="00151BF9">
            <w:pPr>
              <w:pStyle w:val="TableParagraph"/>
              <w:spacing w:before="191"/>
              <w:ind w:left="695"/>
              <w:rPr>
                <w:rFonts w:ascii="標楷體" w:eastAsia="標楷體" w:hAnsi="標楷體"/>
                <w:sz w:val="24"/>
              </w:rPr>
            </w:pPr>
            <w:r w:rsidRPr="00ED1EAB">
              <w:rPr>
                <w:rFonts w:ascii="標楷體" w:eastAsia="標楷體" w:hAnsi="標楷體"/>
                <w:spacing w:val="-3"/>
                <w:sz w:val="24"/>
              </w:rPr>
              <w:t>聯絡電話</w:t>
            </w:r>
          </w:p>
        </w:tc>
        <w:tc>
          <w:tcPr>
            <w:tcW w:w="3070" w:type="dxa"/>
            <w:gridSpan w:val="4"/>
          </w:tcPr>
          <w:p w:rsidR="00ED1EAB" w:rsidRPr="00ED1EAB" w:rsidRDefault="00ED1EAB" w:rsidP="00151BF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76" w:type="dxa"/>
            <w:gridSpan w:val="4"/>
          </w:tcPr>
          <w:p w:rsidR="00ED1EAB" w:rsidRPr="00ED1EAB" w:rsidRDefault="00ED1EAB" w:rsidP="00151BF9">
            <w:pPr>
              <w:pStyle w:val="TableParagraph"/>
              <w:spacing w:before="155"/>
              <w:ind w:left="612"/>
              <w:rPr>
                <w:rFonts w:ascii="標楷體" w:eastAsia="標楷體" w:hAnsi="標楷體"/>
                <w:sz w:val="24"/>
              </w:rPr>
            </w:pPr>
            <w:r w:rsidRPr="00ED1EAB">
              <w:rPr>
                <w:rFonts w:ascii="標楷體" w:eastAsia="標楷體" w:hAnsi="標楷體"/>
                <w:spacing w:val="-3"/>
                <w:sz w:val="24"/>
              </w:rPr>
              <w:t>聯絡地址</w:t>
            </w:r>
          </w:p>
        </w:tc>
        <w:tc>
          <w:tcPr>
            <w:tcW w:w="2343" w:type="dxa"/>
            <w:gridSpan w:val="4"/>
          </w:tcPr>
          <w:p w:rsidR="00ED1EAB" w:rsidRPr="00ED1EAB" w:rsidRDefault="00ED1EAB" w:rsidP="00151BF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ED1EAB" w:rsidTr="00ED1EAB">
        <w:trPr>
          <w:trHeight w:val="583"/>
        </w:trPr>
        <w:tc>
          <w:tcPr>
            <w:tcW w:w="639" w:type="dxa"/>
            <w:vMerge/>
            <w:tcBorders>
              <w:top w:val="nil"/>
            </w:tcBorders>
          </w:tcPr>
          <w:p w:rsidR="00ED1EAB" w:rsidRPr="00ED1EAB" w:rsidRDefault="00ED1EAB" w:rsidP="00151BF9">
            <w:pPr>
              <w:rPr>
                <w:sz w:val="2"/>
                <w:szCs w:val="2"/>
              </w:rPr>
            </w:pPr>
          </w:p>
        </w:tc>
        <w:tc>
          <w:tcPr>
            <w:tcW w:w="2359" w:type="dxa"/>
            <w:gridSpan w:val="3"/>
          </w:tcPr>
          <w:p w:rsidR="00ED1EAB" w:rsidRPr="00ED1EAB" w:rsidRDefault="00ED1EAB" w:rsidP="00151BF9">
            <w:pPr>
              <w:pStyle w:val="TableParagraph"/>
              <w:spacing w:before="177"/>
              <w:jc w:val="center"/>
              <w:rPr>
                <w:rFonts w:ascii="標楷體" w:eastAsia="標楷體" w:hAnsi="標楷體"/>
                <w:sz w:val="24"/>
              </w:rPr>
            </w:pPr>
            <w:r w:rsidRPr="00ED1EAB">
              <w:rPr>
                <w:rFonts w:ascii="標楷體" w:eastAsia="標楷體" w:hAnsi="標楷體"/>
                <w:spacing w:val="-2"/>
                <w:sz w:val="24"/>
              </w:rPr>
              <w:t>e-</w:t>
            </w:r>
            <w:r w:rsidRPr="00ED1EAB">
              <w:rPr>
                <w:rFonts w:ascii="標楷體" w:eastAsia="標楷體" w:hAnsi="標楷體"/>
                <w:spacing w:val="-4"/>
                <w:sz w:val="24"/>
              </w:rPr>
              <w:t>mail</w:t>
            </w:r>
          </w:p>
        </w:tc>
        <w:tc>
          <w:tcPr>
            <w:tcW w:w="3070" w:type="dxa"/>
            <w:gridSpan w:val="4"/>
          </w:tcPr>
          <w:p w:rsidR="00ED1EAB" w:rsidRPr="00ED1EAB" w:rsidRDefault="00ED1EAB" w:rsidP="00151BF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176" w:type="dxa"/>
            <w:gridSpan w:val="4"/>
          </w:tcPr>
          <w:p w:rsidR="00ED1EAB" w:rsidRPr="00ED1EAB" w:rsidRDefault="00ED1EAB" w:rsidP="00151BF9">
            <w:pPr>
              <w:pStyle w:val="TableParagraph"/>
              <w:spacing w:before="125"/>
              <w:ind w:left="612"/>
              <w:rPr>
                <w:rFonts w:ascii="標楷體" w:eastAsia="標楷體" w:hAnsi="標楷體"/>
                <w:sz w:val="24"/>
              </w:rPr>
            </w:pPr>
            <w:r w:rsidRPr="00ED1EAB">
              <w:rPr>
                <w:rFonts w:ascii="標楷體" w:eastAsia="標楷體" w:hAnsi="標楷體"/>
                <w:spacing w:val="-3"/>
                <w:sz w:val="24"/>
              </w:rPr>
              <w:t>推薦日期</w:t>
            </w:r>
          </w:p>
        </w:tc>
        <w:tc>
          <w:tcPr>
            <w:tcW w:w="110" w:type="dxa"/>
            <w:tcBorders>
              <w:right w:val="nil"/>
            </w:tcBorders>
          </w:tcPr>
          <w:p w:rsidR="00ED1EAB" w:rsidRPr="00ED1EAB" w:rsidRDefault="00ED1EAB" w:rsidP="00151BF9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44" w:type="dxa"/>
            <w:tcBorders>
              <w:left w:val="nil"/>
              <w:right w:val="nil"/>
            </w:tcBorders>
          </w:tcPr>
          <w:p w:rsidR="00ED1EAB" w:rsidRPr="00ED1EAB" w:rsidRDefault="00ED1EAB" w:rsidP="00151BF9">
            <w:pPr>
              <w:pStyle w:val="TableParagraph"/>
              <w:spacing w:before="153"/>
              <w:ind w:left="511"/>
              <w:rPr>
                <w:rFonts w:ascii="標楷體" w:eastAsia="標楷體" w:hAnsi="標楷體"/>
                <w:sz w:val="20"/>
              </w:rPr>
            </w:pPr>
            <w:r w:rsidRPr="00ED1EAB">
              <w:rPr>
                <w:rFonts w:ascii="標楷體" w:eastAsia="標楷體" w:hAnsi="標楷體"/>
                <w:spacing w:val="-10"/>
                <w:sz w:val="20"/>
              </w:rPr>
              <w:t>年</w:t>
            </w:r>
          </w:p>
        </w:tc>
        <w:tc>
          <w:tcPr>
            <w:tcW w:w="700" w:type="dxa"/>
            <w:tcBorders>
              <w:left w:val="nil"/>
              <w:right w:val="nil"/>
            </w:tcBorders>
          </w:tcPr>
          <w:p w:rsidR="00ED1EAB" w:rsidRPr="00ED1EAB" w:rsidRDefault="00ED1EAB" w:rsidP="00151BF9">
            <w:pPr>
              <w:pStyle w:val="TableParagraph"/>
              <w:spacing w:before="153"/>
              <w:ind w:left="268"/>
              <w:rPr>
                <w:rFonts w:ascii="標楷體" w:eastAsia="標楷體" w:hAnsi="標楷體"/>
                <w:sz w:val="20"/>
              </w:rPr>
            </w:pPr>
            <w:r w:rsidRPr="00ED1EAB">
              <w:rPr>
                <w:rFonts w:ascii="標楷體" w:eastAsia="標楷體" w:hAnsi="標楷體"/>
                <w:spacing w:val="-10"/>
                <w:sz w:val="20"/>
              </w:rPr>
              <w:t>月</w:t>
            </w:r>
          </w:p>
        </w:tc>
        <w:tc>
          <w:tcPr>
            <w:tcW w:w="589" w:type="dxa"/>
            <w:tcBorders>
              <w:left w:val="nil"/>
            </w:tcBorders>
          </w:tcPr>
          <w:p w:rsidR="00ED1EAB" w:rsidRPr="00ED1EAB" w:rsidRDefault="00ED1EAB" w:rsidP="00151BF9">
            <w:pPr>
              <w:pStyle w:val="TableParagraph"/>
              <w:spacing w:before="153"/>
              <w:ind w:left="268"/>
              <w:rPr>
                <w:rFonts w:ascii="標楷體" w:eastAsia="標楷體" w:hAnsi="標楷體"/>
                <w:sz w:val="20"/>
              </w:rPr>
            </w:pPr>
            <w:r w:rsidRPr="00ED1EAB">
              <w:rPr>
                <w:rFonts w:ascii="標楷體" w:eastAsia="標楷體" w:hAnsi="標楷體"/>
                <w:spacing w:val="-10"/>
                <w:sz w:val="20"/>
              </w:rPr>
              <w:t>日</w:t>
            </w:r>
          </w:p>
        </w:tc>
      </w:tr>
    </w:tbl>
    <w:p w:rsidR="00ED1EAB" w:rsidRDefault="00ED1EAB">
      <w:pPr>
        <w:spacing w:before="40" w:after="0"/>
        <w:rPr>
          <w:b/>
          <w:sz w:val="20"/>
        </w:rPr>
      </w:pPr>
    </w:p>
    <w:p w:rsidR="008D54BE" w:rsidRPr="00ED1EAB" w:rsidRDefault="00D36308">
      <w:pPr>
        <w:spacing w:before="40" w:after="0"/>
        <w:rPr>
          <w:sz w:val="28"/>
        </w:rPr>
      </w:pPr>
      <w:r w:rsidRPr="00ED1EAB">
        <w:rPr>
          <w:b/>
          <w:sz w:val="24"/>
        </w:rPr>
        <w:t>◎</w:t>
      </w:r>
      <w:proofErr w:type="spellStart"/>
      <w:r w:rsidRPr="00ED1EAB">
        <w:rPr>
          <w:b/>
          <w:sz w:val="24"/>
        </w:rPr>
        <w:t>填表說明</w:t>
      </w:r>
      <w:proofErr w:type="spellEnd"/>
      <w:r w:rsidRPr="00ED1EAB">
        <w:rPr>
          <w:b/>
          <w:sz w:val="24"/>
        </w:rPr>
        <w:t>：</w:t>
      </w:r>
    </w:p>
    <w:p w:rsidR="008D54BE" w:rsidRPr="00ED1EAB" w:rsidRDefault="00D36308">
      <w:pPr>
        <w:spacing w:after="0" w:line="240" w:lineRule="auto"/>
        <w:ind w:left="113"/>
        <w:rPr>
          <w:sz w:val="28"/>
          <w:lang w:eastAsia="zh-TW"/>
        </w:rPr>
      </w:pPr>
      <w:r w:rsidRPr="00ED1EAB">
        <w:rPr>
          <w:sz w:val="22"/>
          <w:lang w:eastAsia="zh-TW"/>
        </w:rPr>
        <w:t>1.推薦人請填具本推薦表</w:t>
      </w:r>
      <w:r w:rsidR="00D87875">
        <w:rPr>
          <w:rFonts w:hint="eastAsia"/>
          <w:sz w:val="22"/>
          <w:lang w:eastAsia="zh-TW"/>
        </w:rPr>
        <w:t>。</w:t>
      </w:r>
    </w:p>
    <w:p w:rsidR="008D54BE" w:rsidRPr="00ED1EAB" w:rsidRDefault="00B91FD2">
      <w:pPr>
        <w:spacing w:after="0" w:line="240" w:lineRule="auto"/>
        <w:ind w:left="113"/>
        <w:rPr>
          <w:sz w:val="28"/>
          <w:lang w:eastAsia="zh-TW"/>
        </w:rPr>
      </w:pPr>
      <w:r>
        <w:rPr>
          <w:rFonts w:hint="eastAsia"/>
          <w:sz w:val="22"/>
          <w:lang w:eastAsia="zh-TW"/>
        </w:rPr>
        <w:t>2.</w:t>
      </w:r>
      <w:r w:rsidR="00D36308" w:rsidRPr="00ED1EAB">
        <w:rPr>
          <w:sz w:val="22"/>
          <w:lang w:eastAsia="zh-TW"/>
        </w:rPr>
        <w:t>本推薦表僅供本校</w:t>
      </w:r>
      <w:r>
        <w:rPr>
          <w:rFonts w:hint="eastAsia"/>
          <w:sz w:val="22"/>
          <w:lang w:eastAsia="zh-TW"/>
        </w:rPr>
        <w:t>80</w:t>
      </w:r>
      <w:r w:rsidR="00D36308" w:rsidRPr="00ED1EAB">
        <w:rPr>
          <w:sz w:val="22"/>
          <w:lang w:eastAsia="zh-TW"/>
        </w:rPr>
        <w:t>週年校慶傑出校友遴選及表揚使用；推薦期間至115年1</w:t>
      </w:r>
      <w:r>
        <w:rPr>
          <w:rFonts w:hint="eastAsia"/>
          <w:sz w:val="22"/>
          <w:lang w:eastAsia="zh-TW"/>
        </w:rPr>
        <w:t>0</w:t>
      </w:r>
      <w:r w:rsidR="00D36308" w:rsidRPr="00ED1EAB">
        <w:rPr>
          <w:sz w:val="22"/>
          <w:lang w:eastAsia="zh-TW"/>
        </w:rPr>
        <w:t>月</w:t>
      </w:r>
      <w:r>
        <w:rPr>
          <w:rFonts w:hint="eastAsia"/>
          <w:sz w:val="22"/>
          <w:lang w:eastAsia="zh-TW"/>
        </w:rPr>
        <w:t>2</w:t>
      </w:r>
      <w:r w:rsidR="00C16CC6">
        <w:rPr>
          <w:rFonts w:hint="eastAsia"/>
          <w:sz w:val="22"/>
          <w:lang w:eastAsia="zh-TW"/>
        </w:rPr>
        <w:t>3</w:t>
      </w:r>
      <w:bookmarkStart w:id="0" w:name="_GoBack"/>
      <w:bookmarkEnd w:id="0"/>
      <w:r w:rsidR="00D36308" w:rsidRPr="00ED1EAB">
        <w:rPr>
          <w:sz w:val="22"/>
          <w:lang w:eastAsia="zh-TW"/>
        </w:rPr>
        <w:t>日止。</w:t>
      </w:r>
    </w:p>
    <w:p w:rsidR="008D54BE" w:rsidRPr="00ED1EAB" w:rsidRDefault="00B91FD2">
      <w:pPr>
        <w:spacing w:after="0" w:line="240" w:lineRule="auto"/>
        <w:ind w:left="113"/>
        <w:rPr>
          <w:sz w:val="28"/>
          <w:lang w:eastAsia="zh-TW"/>
        </w:rPr>
      </w:pPr>
      <w:r>
        <w:rPr>
          <w:rFonts w:hint="eastAsia"/>
          <w:sz w:val="22"/>
          <w:lang w:eastAsia="zh-TW"/>
        </w:rPr>
        <w:t>3.</w:t>
      </w:r>
      <w:r w:rsidR="00D36308" w:rsidRPr="00ED1EAB">
        <w:rPr>
          <w:sz w:val="22"/>
          <w:lang w:eastAsia="zh-TW"/>
        </w:rPr>
        <w:t>所填資料應具體明確，並以可查證之資料為原則。</w:t>
      </w:r>
    </w:p>
    <w:p w:rsidR="008D54BE" w:rsidRPr="00D36308" w:rsidRDefault="008D54BE">
      <w:pPr>
        <w:rPr>
          <w:sz w:val="22"/>
          <w:lang w:eastAsia="zh-TW"/>
        </w:rPr>
      </w:pPr>
    </w:p>
    <w:sectPr w:rsidR="008D54BE" w:rsidRPr="00D36308" w:rsidSect="00034616">
      <w:pgSz w:w="11906" w:h="16838"/>
      <w:pgMar w:top="510" w:right="720" w:bottom="510" w:left="720" w:header="227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7E79" w:rsidRDefault="006E7E79" w:rsidP="00ED1EAB">
      <w:pPr>
        <w:spacing w:after="0" w:line="240" w:lineRule="auto"/>
      </w:pPr>
      <w:r>
        <w:separator/>
      </w:r>
    </w:p>
  </w:endnote>
  <w:endnote w:type="continuationSeparator" w:id="0">
    <w:p w:rsidR="006E7E79" w:rsidRDefault="006E7E79" w:rsidP="00ED1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7E79" w:rsidRDefault="006E7E79" w:rsidP="00ED1EAB">
      <w:pPr>
        <w:spacing w:after="0" w:line="240" w:lineRule="auto"/>
      </w:pPr>
      <w:r>
        <w:separator/>
      </w:r>
    </w:p>
  </w:footnote>
  <w:footnote w:type="continuationSeparator" w:id="0">
    <w:p w:rsidR="006E7E79" w:rsidRDefault="006E7E79" w:rsidP="00ED1E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21BAB"/>
    <w:rsid w:val="00034616"/>
    <w:rsid w:val="0006063C"/>
    <w:rsid w:val="0015074B"/>
    <w:rsid w:val="001808AF"/>
    <w:rsid w:val="0029639D"/>
    <w:rsid w:val="00326F90"/>
    <w:rsid w:val="006E7E79"/>
    <w:rsid w:val="00725963"/>
    <w:rsid w:val="008D54BE"/>
    <w:rsid w:val="00957CB5"/>
    <w:rsid w:val="00AA1D8D"/>
    <w:rsid w:val="00B47730"/>
    <w:rsid w:val="00B91FD2"/>
    <w:rsid w:val="00C16CC6"/>
    <w:rsid w:val="00CB0664"/>
    <w:rsid w:val="00D36308"/>
    <w:rsid w:val="00D87875"/>
    <w:rsid w:val="00DA63DD"/>
    <w:rsid w:val="00ED1E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92F3E1F"/>
  <w14:defaultImageDpi w14:val="300"/>
  <w15:docId w15:val="{ABC398AA-FAF2-4611-B307-60FFC1955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標楷體" w:eastAsia="標楷體" w:hAnsi="標楷體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">
    <w:name w:val="Table Normal"/>
    <w:uiPriority w:val="2"/>
    <w:semiHidden/>
    <w:unhideWhenUsed/>
    <w:qFormat/>
    <w:rsid w:val="00ED1EAB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ED1EAB"/>
    <w:pPr>
      <w:widowControl w:val="0"/>
      <w:autoSpaceDE w:val="0"/>
      <w:autoSpaceDN w:val="0"/>
      <w:spacing w:after="0" w:line="240" w:lineRule="auto"/>
    </w:pPr>
    <w:rPr>
      <w:rFonts w:ascii="SimSun" w:eastAsia="SimSun" w:hAnsi="SimSun" w:cs="SimSun"/>
      <w:sz w:val="22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148F05-E06B-4714-8C80-11BCCC400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2026-10-07T06:52:00Z</dcterms:created>
  <dcterms:modified xsi:type="dcterms:W3CDTF">2026-10-08T08:21:00Z</dcterms:modified>
  <cp:category/>
</cp:coreProperties>
</file>